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/>
      </w:pPr>
      <w:r w:rsidDel="00000000" w:rsidR="00000000" w:rsidRPr="00000000">
        <w:rPr>
          <w:rtl w:val="0"/>
        </w:rPr>
        <w:t xml:space="preserve">Ficha de Inscripción – Actividades Extraescolares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☐Colegio Pau Vila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☐Joaquim Monmany – Curso 2025/26</w:t>
      </w:r>
    </w:p>
    <w:p w:rsidR="00000000" w:rsidDel="00000000" w:rsidP="00000000" w:rsidRDefault="00000000" w:rsidRPr="00000000" w14:paraId="00000004">
      <w:pPr>
        <w:pStyle w:val="Heading1"/>
        <w:rPr/>
      </w:pPr>
      <w:r w:rsidDel="00000000" w:rsidR="00000000" w:rsidRPr="00000000">
        <w:rPr>
          <w:rtl w:val="0"/>
        </w:rPr>
        <w:t xml:space="preserve">Datos del alumno/a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Nombre y apellidos: ______________________________________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Curso: ______________________________________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Fecha de nacimiento: ______________________________________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Nombre del padre/madre/tutor: ______________________________________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Teléfono de contacto: ______________________________________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Email: ______________________________________</w:t>
      </w:r>
    </w:p>
    <w:p w:rsidR="00000000" w:rsidDel="00000000" w:rsidP="00000000" w:rsidRDefault="00000000" w:rsidRPr="00000000" w14:paraId="0000000B">
      <w:pPr>
        <w:pStyle w:val="Heading1"/>
        <w:rPr/>
      </w:pPr>
      <w:r w:rsidDel="00000000" w:rsidR="00000000" w:rsidRPr="00000000">
        <w:rPr>
          <w:rtl w:val="0"/>
        </w:rPr>
        <w:t xml:space="preserve">Selecciona la(s) actividad(es) deseada(s)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☐ Taekwondo (Primaria) - 1 días/semana (Martes)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☐ Taekwondo Iniciación (3–5 años) - 1 día/semana(Martes)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rPr/>
      </w:pPr>
      <w:r w:rsidDel="00000000" w:rsidR="00000000" w:rsidRPr="00000000">
        <w:rPr>
          <w:rtl w:val="0"/>
        </w:rPr>
        <w:t xml:space="preserve">Observaciones o alergias alimentarias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br w:type="textWrapping"/>
        <w:br w:type="textWrapping"/>
        <w:br w:type="textWrapping"/>
      </w:r>
    </w:p>
    <w:p w:rsidR="00000000" w:rsidDel="00000000" w:rsidP="00000000" w:rsidRDefault="00000000" w:rsidRPr="00000000" w14:paraId="00000011">
      <w:pPr>
        <w:pStyle w:val="Heading1"/>
        <w:rPr/>
      </w:pPr>
      <w:r w:rsidDel="00000000" w:rsidR="00000000" w:rsidRPr="00000000">
        <w:rPr>
          <w:rtl w:val="0"/>
        </w:rPr>
        <w:t xml:space="preserve">Firma del padre/madre o tutor/a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Firma: ______________________________________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Fecha: ____ / ____ / 2025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F4QwBd6VfQzOxkQaeifVXSHACA==">CgMxLjA4AHIhMXVpSmw2eUdieDI1RUdwZ1NhRlU3VzZFSmlib010Wnpf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